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שם העצם (זכר/נקבה) לפי צורת היחיד ולא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בשם המספר עם שמות עצם בזכר ובנקבה, כולל סמיכות וה׳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יסודי לסודר ולהשתמש נכון במספרים בתאריך, שעה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ולתקן טעויות נפוצות בשם המספר בטקסט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זכר ונקבה בשם העצם – זיהוי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עם "אחד": שולחן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דלת היא שם עצם בנקבה למרות שאין ה׳ בסוף – בודקים עם "אחת": דלת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קובעים לפי צורת היחיד ולא לפי הרבים.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ברבים נראה כמו מילה בנקבה, אבל ביחיד – מקום אחד – זה זכר.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זכר ונקבה בשם העצם – בודקים עם אחד/אחת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זכר ונקבה בשם העצם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זכר ונקבה בשם העצם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במילים כמו שולחן וחלון הרבים נראה בסיומת -ות, שמזכירה נקבה, אבל ביחיד הן זכר (שולחן אחד).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מספרים 3-10 עם שם עצם – זיהוי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מספרים 3-10 עם שם עצם – השלמת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מספרים 3-10 עם שם עצם – תיקון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שמרו לנו שתי שורות באולם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שבעה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ארבע להקות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כיסא הוא זכר ומנורה היא נקבה; במספרים 3-10 זכר מקבל ה׳ בסוף המספר, ונקבה בלי ה׳.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מספרים 11-19 ומאות ואלפים – זיהוי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יחידה עם ה׳ +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 עשר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מספרים 11-19 ומאות ואלפים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שלושת 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שתים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מספרים 11-19 ומאות ואלפים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(אחד עשר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(ארבע עשרה מנורות)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(מאתיים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(אלף צופים)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מספרים 11-19 ומאות ואלפים – כתיבה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בזכר: יחידה עם ה׳ + עשר (שלושה עשר). בנקבה: יחידה בלי ה׳ + עשרה (שלוש עשרה).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הטעות: "חמש עשר" צריך להיות "חמש עשרה" כי "להקות" הוא שם עצם בנקבה, ולכן ה׳ עוברת לחלק השני.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שבעה עשר כיסאים עמדו על הבמה. שבע עשרה מנורות האירו את האולם.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סמיכות וה׳ הידיעה – זיהוי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בכלל: שלושת הזוכים, חמשת השירים, עשרת הכרטיסים.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לפני שם עצם מיודע צריך סמיכות: שלושת הזוכים.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בניגוד לזכר, בנקבה אין שינוי מיוחד בצורת הסמיכות.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הוא צורת הסמיכות הזכרית של 2 לפני שם עצם מיודע.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סמיכות וה׳ הידיעה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סמיכות וה׳ הידיעה – תיקון וניסוח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שלושת הזוכים עלו לבמה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"חמישה שירים" בלי ה׳ הידיעה; "חמשת השירים" בסמיכות לפני שם עצם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עשרה הכרטיסים נמכרו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מספר סודר ומספר יסודי – היכרות עם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 יסודי מציין כמות.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סודר עונה על השאלה 'איזה בתור?', למשל: השיר השלישי.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צורות מיוחדות שמציינות מקום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השאלה היא 'איזה בתור?' ולא 'כמה?'.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מספר סודר ומספר יסודי – השלמת התוכנייה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מספר סודר ומספר יסודי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יסודי עונה על 'כמה?' (למשל: שלושה שירים); מספר סודר עונה על 'איזה בתור?' (למשל: השיר השלישי).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הריקוד החמישי יתחיל בשעה שמונה.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היא באה עם ה' הידיעה ועונה על השאלה 'איזה בתור?' ולא על 'כמה?'.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שלוש להקות יופיעו הערב. הלהקה השלישית תנגן בגיטרה.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תאריך, שעה, מחיר וציד טעויות – זיהוי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נכתב בזכר כי הכוונה ל'יום': בחמישה בדצמבר.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אומרים בשבע, בשתיים, באחת וחצי.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לעומת זאת 'אגורה' היא נקבה: חמישים אגורות.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למשל: ציון תשעים וחמש.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תאריך, שעה, מחיר וציד טעויות – השלמת מספרים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שמונים ושבע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תאריך, שעה, מחיר וציד טעויות – איתור ותיקון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 עשרה להקות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הכולל תאריך בזכר (למשל: באחד בינואר) ומחיר עם שקל בזכר (למשל: שני שקלים) בצורה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בודק עם המילה 'אחד/אחת' לפי צורת היחיד ולא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מקבל ה׳ בסוף המספר (שלושה), נקבה בלי ה׳ (שלוש)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'שלושה זוכים' הוא ללא ה׳ הידיעה, 'שלושת הזוכים' הוא בסמיכות לפני שם עצם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שיעור בכרטיס היציאה שבסוף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מפרק 1 (זכר/נקבה) לפני מעבר לפרקים המורכבים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בטבלת שם המספר כעזר קבוע על קיר הכיתה או כדף עזר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6 מתאים לסיכום ולחזרה משולבת, כי הוא משלב את כל הכללים מהפרקים הקודמים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כרטיס כלל קצר ואחריו תרגילים בהשראת סיפור ערב הכישרונות. קראו את הכלל, פתרו לפי הסדר, ובסוף כל פרק בדקו את עצמכם מול כרטיס היציאה.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זכר ונקבה בשם העצם – זיהוי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"שולחן" הוא שם עצם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"דלת" היא שם עצם בזכר כי אין בסופה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מין שם העצם קובעים לפי הצורה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"מקום" ← "מקומות" הוא שם עצם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זכר ונקבה בשם העצם – בודקים עם אחד/אחת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בודקים את מין שם העצם עם המילה "אחד"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"מקום אחד" – שם העצם "מקום" הוא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"דלת אחת" – שם העצם "דלת" הוא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שולחן, חלון, מקום – כולם מסתיימים ברבים באותו אופן, אבל ביחיד כולם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זכר ונקבה בשם העצם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זכר ונקבה בשם העצם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אי אפשר לקבוע את מין שם העצם לפי צורת הרבים?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מספרים 3-10 עם שם עצם – זיהוי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כיסא הוא שם עצם מסוג: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מנורה היא שם עצם מסוג: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המספר 3 לפני שם עצם בזכר נכתב: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המספר 5 לפני שם עצם בנקבה נכתב: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מספרים 3-10 עם שם עצם – השלמת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ראיתי __________ כיסאות בחדר.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מנורות לחדר.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בחדר יש __________ שולחנות.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אכלתי __________ עוגות.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קיבלתי כרטיס __________ בלבד.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מספרים 3-10 עם שם עצם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הטעות ותקנו: 'שמרו לנו שתיים שורות באולם'.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נכון עם המספר 7 ושם עצם בזכר (למשל שירים).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נכון עם המספר 4 ושם עצם בנקבה (למשל להקות).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אומרים 'שלושה כיסאות' אבל 'שלוש מנורות'.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מספרים 11-19 ומאות ואלפים – זיהוי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במספרים 11-19 בזכר, איך בנוי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בלי ה׳ +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יחידה עם ה׳ +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המילה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יחידה +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15 שירים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עשרה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חמשה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עשר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המין הדקדוקי של המילה "מאה"?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משתנה לפי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את המספר 2000 במילים?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אלף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אלפים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מספרים 11-19 ומאות ואלפים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13 תלמידות ← __________ 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18 שורות ← 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באולם ישבו 300 אנשים, כלומר __________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ערב הכישרונות השתתפו בו __________ מתנדבים (3000)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12 רקדניות ← __________ רקדניות (שימו לב לכתיב ביו״ד אחת)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מספרים 11-19 ומאות ואלפים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11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אחד עשר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14 מנורות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אלף 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200 כרטיסים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ארבע עשרה מנורות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1000 צופים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מאתיים 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מספרים 11-19 ומאות ואלפים – כתיבה ותיקון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מה ההבדל בין בניית מספר 11-19 בזכר לבין בניית מספר 11-19 בנקבה?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במודעה נכתב: "חמש עשר להקות יופיעו". מצאו את הטעות ותקנו אותה,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משלכם על ערב הכישרונות עם המספר 17 ושם עצם בזכר, ומשפט נוסף עם המספר 17 ושם עצם בנקבה.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סמיכות וה׳ הידיעה – זיהוי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שם עצם עם ה׳ הידיעה, המספר בא בצורת סמיכות.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הנכונה היא "שלושה הזוכים עלו לבמה".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בנקבה, צורת הסמיכות כמעט לא משתנה: שלוש השופטות, ארבע הלהקות.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"שני המנחים עלו יחד לבמה" היא צורה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סמיכות וה׳ הידיעה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הזוכים עלו לבמה בסוף הערב.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הקבוצות קיבלו תעודת הוקרה.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השירים הראשונים היו הכי מרגשים.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הכרטיסים האחרונים נמכרו תוך דקה. (10)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השופטות ישבו בשורה הראשונה. (4)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סמיכות וה׳ הידיעה – תיקון וניסוח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כתוב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שלושת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 הזוכים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"חמישה שירים" ל"חמשת השירים"?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שתי הצורות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"חמישה שירים" בלי ה׳ הידיעה; "חמשת השירים" בסמיכות לפני שם עצם מיודע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"חמשת השירים" משמש רק בנקבה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"חמישה שירים" משמש רק בסמיכות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השלימו נכון: "___ השופטות הכריזו על הזוכה." (4, נקבה)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מהמשפטים הבאים שגוי?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עשרת הכרטיסים נמכרו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המנחים עלו לבמה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הכרטיסים נמכרו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הקבוצות קיבלו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מספר סודר ומספר יסודי – היכרות עם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יסודי עונה על השאלה 'כמה?', למשל: שלושה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עונה על השאלה 'כמה?', למשל: שלושה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הצורות ראשון, שני, שלישי הן דוגמאות למספר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במשימה 9, כשמאיה כותבת בתוכנייה את מקום כל הופעה בתור, היא משתמשת במספר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מספר סודר ומספר יסודי – השלמת התוכנייה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ההופעה ה-1 בתוכנייה היא ההופעה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השיר ה-3 בתוכנייה הוא השיר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הריקוד ה-10 בתוכנייה הוא הריקוד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המופע ה-11 בתוכנייה הוא המופע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מספר סודר ומספר יסודי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ההבדל בין מספר יסודי למספר סודר,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מתוך תוכנייה דמיונית שבו תשתמשו במספר סודר.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הצורה 'המופע האחד עשר' נחשבת למספר סודר, אף שהיא דומה למספר היסודי 'אחד עשר'?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 על תוכנייה של ערב הכישרונות: אחד עם מספר יסודי ואחד עם מספר סודר, באותו שם עצם (למשל: להקה).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תאריך, שעה, מחיר וציד טעויות – זיהוי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בחודש נכתב תמיד בלשון נקבה, למשל 'בחמש בדצמבר'.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השעה נכתבת בלשון נקבה, כי המילה 'שעה' היא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'שקל' היא זכר, ולכן אומרים 'שני שקלים'.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ציון, מספר טלפון ומספר חדר הם מספרים 'סתם', ולכן נכתבים בלשון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תאריך, שעה, מחיר וציד טעויות – השלמת מספרים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ההופעה תתחיל ב־__________ בערב. (8)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עולה __________ שקלים.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המסיבה תיערך ב־__________ במרץ. (4)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קיבלנו ציון __________ במבחן. (87)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תאריך, שעה, מחיר וציד טעויות – איתור ותיקון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ותקנו את הטעות: 'כרטיס לילדים: שתיים שקלים בלבד.'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ותקנו את הטעות: 'מבצע: שלוש כרטיסים ב־20 שקלים.'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ותקנו את הטעות: 'חמש עשר להקות יופיעו הערב.'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תקין משלכם שמתאר תאריך ומחיר של כרטיס לערב הכישרונות, והקפידו על זכר/נקבה נכונים.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אני בודק אם שם עצם הוא זכר או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המספר 3-10 מסתיים באות ה׳ ומתי 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'שלושה זוכים' ל'שלושת הזוכים'?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