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שם העצם (זכר/נקבה) לפי צורת היחיד ולא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בשם המספר עם שמות עצם בזכר ובנקבה, כולל סמיכות וה׳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יסודי לסודר ולהשתמש נכון במספרים בתאריך, שעה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ולתקן טעויות נפוצות בשם המספר בטקסט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זכר ונקבה בשם העצם – זיהוי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עם "אחד": שולחן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דלת היא שם עצם בנקבה למרות שאין ה׳ בסוף – בודקים עם "אחת": דלת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קובעים לפי צורת היחיד ולא לפי הרבים.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זכר ונקבה בשם העצם – בודקים עם אחד/אחת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זכר ונקבה בשם העצם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זכר ונקבה בשם העצם – הסבר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מספרים 3-10 עם שם עצם – זיהוי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מספרים 3-10 עם שם עצם – השלמת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מספרים 3-10 עם שם עצם – תיקון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מספרים 11-19 ומאות ואלפים – זיהוי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יחידה עם ה׳ +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 עשר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מספרים 11-19 ומאות ואלפים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מספרים 11-19 ומאות ואלפים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(אחד עשר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(ארבע עשרה מנורות)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(מאתיים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(אלף צופים)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מספרים 11-19 ומאות ואלפים – כתיבה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סמיכות וה׳ הידיעה – זיהוי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בכלל: שלושת הזוכים, חמשת השירים, עשרת הכרטיסים.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לפני שם עצם מיודע צריך סמיכות: שלושת הזוכים.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בניגוד לזכר, בנקבה אין שינוי מיוחד בצורת הסמיכות.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סמיכות וה׳ הידיעה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סמיכות וה׳ הידיעה – תיקון וניסוח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מספר סודר ומספר יסודי – היכרות עם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 יסודי מציין כמות.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סודר עונה על השאלה 'איזה בתור?', למשל: השיר השלישי.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צורות מיוחדות שמציינות מקום בתור.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מספר סודר ומספר יסודי – השלמת התוכנייה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מספר סודר ומספר יסודי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יסודי עונה על 'כמה?' (למשל: שלושה שירים); מספר סודר עונה על 'איזה בתור?' (למשל: השיר השלישי).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תאריך, שעה, מחיר וציד טעויות – זיהוי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נכתב בזכר כי הכוונה ל'יום': בחמישה בדצמבר.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אומרים בשבע, בשתיים, באחת וחצי.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לעומת זאת 'אגורה' היא נקבה: חמישים אגורות.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תאריך, שעה, מחיר וציד טעויות – השלמת מספרים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תאריך, שעה, מחיר וציד טעויות – איתור ותיקון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בודק עם המילה 'אחד/אחת' לפי צורת היחיד ולא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מקבל ה׳ בסוף המספר (שלושה), נקבה בלי ה׳ (שלוש)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'שלושה זוכים' הוא ללא ה׳ הידיעה, 'שלושת הזוכים' הוא בסמיכות לפני שם עצם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שיעור בכרטיס היציאה שבסוף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מפרק 1 (זכר/נקבה) לפני מעבר לפרקים המורכבים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בטבלת שם המספר כעזר קבוע על קיר הכיתה או כדף עזר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6 מתאים לסיכום ולחזרה משולבת, כי הוא משלב את כל הכללים מהפרקים הקודמים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יש כרטיס כלל קצר ואחריו תרגילים בהשראת סיפור ערב הכישרונות. קראו את הכלל, פתרו לפי הסדר, ובסוף כל פרק בדקו את עצמכם מול כרטיס היציאה.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שלושת  ·  שלושה  ·  זכר  ·  שמונה  ·  ראשונה  ·  שלוש עשרה  ·  שמונה עשרה  ·  שלישי  ·  שלושה  ·  אחת  ·  שתי  ·  שלוש  ·  חמשת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זכר ונקבה בשם העצם – זיהוי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"שולחן" הוא שם עצם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"דלת" היא שם עצם בזכר כי אין בסופה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מין שם העצם קובעים לפי הצורה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זכר ונקבה בשם העצם – בודקים עם אחד/אחת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בודקים את מין שם העצם עם המילה "אחד"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"מקום אחד" – שם העצם "מקום" הוא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זכר ונקבה בשם העצם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זכר ונקבה בשם העצם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מספרים 3-10 עם שם עצם – זיהוי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כיסא הוא שם עצם מסוג: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מנורה היא שם עצם מסוג: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המספר 3 לפני שם עצם בזכר נכתב: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מספרים 3-10 עם שם עצם – השלמת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ראיתי __________ כיסאות בחדר.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קניתי __________ מנורות לחדר. (3)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מספרים 3-10 עם שם עצם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מספרים 11-19 ומאות ואלפים – זיהוי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במספרים 11-19 בזכר, איך בנוי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יחידה בלי ה׳ +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יחידה עם ה׳ +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המילה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כותבים 15 שירים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 עשרה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חמשה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המין הדקדוקי של המילה "מאה"?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לה מין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מספרים 11-19 ומאות ואלפים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13 תלמידות ← __________ 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18 שורות ← __________ שורות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מספרים 11-19 ומאות ואלפים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11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אלף 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14 מנורות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אחד עשר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200 כרטיסים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ארבע עשרה מנורות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1000 צופים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מאתיים 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מספרים 11-19 ומאות ואלפים – כתיבה ותיקון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סמיכות וה׳ הידיעה – זיהוי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שם עצם עם ה׳ הידיעה, המספר בא בצורת סמיכות.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הצורה הנכונה היא "שלושה הזוכים עלו לבמה".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בנקבה, צורת הסמיכות כמעט לא משתנה: שלוש השופטות, ארבע הלהקות.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סמיכות וה׳ הידיעה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הזוכים עלו לבמה בסוף הערב.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הקבוצות קיבלו תעודת הוקרה.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השירים הראשונים היו הכי מרגשים. (5)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סמיכות וה׳ הידיעה – תיקון וניסוח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מספר סודר ומספר יסודי – היכרות עם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יסודי עונה על השאלה 'כמה?', למשל: שלושה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סודר עונה על השאלה 'כמה?', למשל: שלושה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הצורות ראשון, שני, שלישי הן דוגמאות למספר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מספר סודר ומספר יסודי – השלמת התוכנייה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ההופעה ה-1 בתוכנייה היא ההופעה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השיר ה-3 בתוכנייה הוא השיר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מספר סודר ומספר יסודי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ההבדל בין מספר יסודי למספר סודר,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תאריך, שעה, מחיר וציד טעויות – זיהוי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התאריך בחודש נכתב תמיד בלשון נקבה, למשל 'בחמש בדצמבר'.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השעה נכתבת בלשון נקבה, כי המילה 'שעה' היא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'שקל' היא זכר, ולכן אומרים 'שני שקלים'.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תאריך, שעה, מחיר וציד טעויות – השלמת מספרים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ההופעה תתחיל ב־__________ בערב. (8)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עולה __________ שקלים. (3)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תאריך, שעה, מחיר וציד טעויות – איתור ותיקון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מצאו ותקנו את הטעות: 'כרטיס לילדים: שתיים שקלים בלבד.'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אני בודק אם שם עצם הוא זכר או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המספר 3-10 מסתיים באות ה׳ ומתי 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